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13F21" w14:textId="77777777" w:rsidR="00D82944" w:rsidRDefault="00000000" w:rsidP="00E23A78">
      <w:pPr>
        <w:spacing w:after="0" w:line="240" w:lineRule="auto"/>
        <w:jc w:val="center"/>
      </w:pPr>
      <w:r>
        <w:rPr>
          <w:b/>
        </w:rPr>
        <w:t>JACOB SHELTON A</w:t>
      </w:r>
    </w:p>
    <w:p w14:paraId="4E0FD2B8" w14:textId="77777777" w:rsidR="00D82944" w:rsidRDefault="00000000" w:rsidP="00E23A78">
      <w:pPr>
        <w:spacing w:after="0" w:line="240" w:lineRule="auto"/>
        <w:jc w:val="center"/>
      </w:pPr>
      <w:r>
        <w:rPr>
          <w:i/>
        </w:rPr>
        <w:t>📞 +91 97867-97866 | ✉️ a.jacobshelton@gmail.com</w:t>
      </w:r>
    </w:p>
    <w:p w14:paraId="5013AEE4" w14:textId="77777777" w:rsidR="00D82944" w:rsidRDefault="00000000" w:rsidP="00E23A78">
      <w:pPr>
        <w:spacing w:after="0" w:line="240" w:lineRule="auto"/>
        <w:jc w:val="center"/>
      </w:pPr>
      <w:r>
        <w:rPr>
          <w:i/>
        </w:rPr>
        <w:t>📍 Chennai, India | LinkedIn: linkedin.com/in/a-jacob-shelton</w:t>
      </w:r>
    </w:p>
    <w:p w14:paraId="1E2936B3" w14:textId="77777777" w:rsidR="00D82944" w:rsidRDefault="00D82944" w:rsidP="00E23A78">
      <w:pPr>
        <w:spacing w:after="0" w:line="240" w:lineRule="auto"/>
      </w:pPr>
    </w:p>
    <w:p w14:paraId="2E242AA6" w14:textId="77777777" w:rsidR="00D82944" w:rsidRDefault="00000000" w:rsidP="00E23A78">
      <w:pPr>
        <w:pStyle w:val="Heading2"/>
        <w:spacing w:before="0" w:line="240" w:lineRule="auto"/>
      </w:pPr>
      <w:r>
        <w:t>Professional Summary</w:t>
      </w:r>
    </w:p>
    <w:p w14:paraId="3C84EFEE" w14:textId="77777777" w:rsidR="00D82944" w:rsidRDefault="00000000" w:rsidP="00E23A78">
      <w:pPr>
        <w:spacing w:after="0" w:line="240" w:lineRule="auto"/>
      </w:pPr>
      <w:r>
        <w:t>Results-driven Senior US IT Recruiter with over 12 years of experience in full-cycle recruiting for direct clients and top-tier implementation partners across the U.S. Proven expertise in identifying, attracting, and placing top tech talent across contract, contract-to-hire, and full-time roles. Strong proficiency with major ATS/VMS platforms, job boards, and Boolean sourcing strategies.</w:t>
      </w:r>
    </w:p>
    <w:p w14:paraId="01477DFB" w14:textId="77777777" w:rsidR="00E23A78" w:rsidRDefault="00E23A78" w:rsidP="00E23A78">
      <w:pPr>
        <w:pStyle w:val="Heading2"/>
        <w:spacing w:before="0" w:line="240" w:lineRule="auto"/>
      </w:pPr>
    </w:p>
    <w:p w14:paraId="52F55E31" w14:textId="592BD2EC" w:rsidR="00D82944" w:rsidRDefault="00000000" w:rsidP="00E23A78">
      <w:pPr>
        <w:pStyle w:val="Heading2"/>
        <w:spacing w:before="0" w:line="240" w:lineRule="auto"/>
      </w:pPr>
      <w:r>
        <w:t>Key Clients &amp; Partners</w:t>
      </w:r>
    </w:p>
    <w:p w14:paraId="2A2B6AC0" w14:textId="77777777" w:rsidR="00D82944" w:rsidRDefault="00000000" w:rsidP="00E23A78">
      <w:pPr>
        <w:spacing w:after="0" w:line="240" w:lineRule="auto"/>
      </w:pPr>
      <w:r>
        <w:t>Direct Clients: PGIM, Tarte, Estee Lauder, Stadium Tech, Credit Acceptance, MBFS, Verizon, American Airlines</w:t>
      </w:r>
    </w:p>
    <w:p w14:paraId="5EAAFF45" w14:textId="77777777" w:rsidR="00D82944" w:rsidRDefault="00000000" w:rsidP="00E23A78">
      <w:pPr>
        <w:spacing w:after="0" w:line="240" w:lineRule="auto"/>
      </w:pPr>
      <w:r>
        <w:t>Implementation Partners: KPMG, Capgemini, Deloitte, Cognizant</w:t>
      </w:r>
    </w:p>
    <w:p w14:paraId="001BF58C" w14:textId="77777777" w:rsidR="00E23A78" w:rsidRDefault="00E23A78" w:rsidP="00E23A78">
      <w:pPr>
        <w:pStyle w:val="Heading2"/>
        <w:spacing w:before="0" w:line="240" w:lineRule="auto"/>
      </w:pPr>
    </w:p>
    <w:p w14:paraId="610FEAC2" w14:textId="2EB8BC49" w:rsidR="00D82944" w:rsidRDefault="00000000" w:rsidP="00E23A78">
      <w:pPr>
        <w:pStyle w:val="Heading2"/>
        <w:spacing w:before="0" w:line="240" w:lineRule="auto"/>
      </w:pPr>
      <w:r>
        <w:t>Technical Skills</w:t>
      </w:r>
    </w:p>
    <w:p w14:paraId="3AADF582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ATS/CRM: Bullhorn, Ceipal, Job Diva, Conrep, ICIMS</w:t>
      </w:r>
    </w:p>
    <w:p w14:paraId="3EB05EAF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Job Boards: Dice, Monster, CareerBuilder, TechFetch, Prohires</w:t>
      </w:r>
    </w:p>
    <w:p w14:paraId="0F2D2CFA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Sourcing Tools: LinkedIn Recruiter, Google X-ray Search, MailChimp</w:t>
      </w:r>
    </w:p>
    <w:p w14:paraId="53233EA6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VMS Platforms: Beeline, Fieldglass, SmartWorks, Wand, B2B Buyer Workforce</w:t>
      </w:r>
    </w:p>
    <w:p w14:paraId="0A273941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Productivity Tools: MS Outlook, Excel, Word, PowerPoint, Microsoft Teams, Zoom</w:t>
      </w:r>
    </w:p>
    <w:p w14:paraId="78481725" w14:textId="77777777" w:rsidR="00E23A78" w:rsidRDefault="00E23A78" w:rsidP="00E23A78">
      <w:pPr>
        <w:pStyle w:val="Heading2"/>
        <w:spacing w:before="0" w:line="240" w:lineRule="auto"/>
      </w:pPr>
    </w:p>
    <w:p w14:paraId="1DCC2903" w14:textId="4BA79D3D" w:rsidR="00D82944" w:rsidRDefault="00000000" w:rsidP="00E23A78">
      <w:pPr>
        <w:pStyle w:val="Heading2"/>
        <w:spacing w:before="0" w:line="240" w:lineRule="auto"/>
      </w:pPr>
      <w:r>
        <w:t>Professional Experience</w:t>
      </w:r>
    </w:p>
    <w:p w14:paraId="02F9A6A0" w14:textId="77777777" w:rsidR="00E23A78" w:rsidRDefault="00E23A78" w:rsidP="00E23A78">
      <w:pPr>
        <w:spacing w:after="0" w:line="240" w:lineRule="auto"/>
        <w:rPr>
          <w:b/>
        </w:rPr>
      </w:pPr>
    </w:p>
    <w:p w14:paraId="3C4E2CFC" w14:textId="00ACDF28" w:rsidR="00D82944" w:rsidRDefault="00000000" w:rsidP="00E23A78">
      <w:pPr>
        <w:spacing w:after="0" w:line="240" w:lineRule="auto"/>
      </w:pPr>
      <w:r>
        <w:rPr>
          <w:b/>
        </w:rPr>
        <w:t>PTR Global (A Pinnacle Group Company) – Chennai, India (Onsite)</w:t>
      </w:r>
    </w:p>
    <w:p w14:paraId="1E2091AC" w14:textId="77777777" w:rsidR="00D82944" w:rsidRDefault="00000000" w:rsidP="00E23A78">
      <w:pPr>
        <w:spacing w:after="0" w:line="240" w:lineRule="auto"/>
      </w:pPr>
      <w:r>
        <w:t>Senior Executive – US IT Recruitment | Sep 2024 – Present</w:t>
      </w:r>
    </w:p>
    <w:p w14:paraId="0AFA8C31" w14:textId="77777777" w:rsidR="00E23A78" w:rsidRDefault="00E23A78" w:rsidP="00E23A78">
      <w:pPr>
        <w:spacing w:after="0" w:line="240" w:lineRule="auto"/>
      </w:pPr>
    </w:p>
    <w:p w14:paraId="6834C5EF" w14:textId="1F4A931D" w:rsidR="00E23A78" w:rsidRPr="00E23A78" w:rsidRDefault="00E23A78" w:rsidP="00E23A78">
      <w:pPr>
        <w:spacing w:after="0" w:line="240" w:lineRule="auto"/>
        <w:rPr>
          <w:b/>
          <w:bCs/>
        </w:rPr>
      </w:pPr>
      <w:r w:rsidRPr="00E23A78">
        <w:rPr>
          <w:b/>
          <w:bCs/>
        </w:rPr>
        <w:t>Responsibilities:</w:t>
      </w:r>
    </w:p>
    <w:p w14:paraId="628129F5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Managed end-to-end recruitment for major clients like Citibank, FIS, and Liberty.</w:t>
      </w:r>
    </w:p>
    <w:p w14:paraId="103377DF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Mentored team members, enhanced productivity, and ensured hiring KPIs were exceeded.</w:t>
      </w:r>
    </w:p>
    <w:p w14:paraId="218A4DA7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Used ATS (Ceipal, Bullhorn) for requisition management and candidate tracking.</w:t>
      </w:r>
    </w:p>
    <w:p w14:paraId="51D1B684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Recognized as top performer for the quarter.</w:t>
      </w:r>
    </w:p>
    <w:p w14:paraId="7A6AD256" w14:textId="77777777" w:rsidR="00E23A78" w:rsidRDefault="00E23A78" w:rsidP="00E23A78">
      <w:pPr>
        <w:spacing w:after="0" w:line="240" w:lineRule="auto"/>
        <w:rPr>
          <w:b/>
        </w:rPr>
      </w:pPr>
    </w:p>
    <w:p w14:paraId="7553BE4A" w14:textId="4B9A52E4" w:rsidR="00D82944" w:rsidRDefault="00000000" w:rsidP="00E23A78">
      <w:pPr>
        <w:spacing w:after="0" w:line="240" w:lineRule="auto"/>
      </w:pPr>
      <w:proofErr w:type="spellStart"/>
      <w:r>
        <w:rPr>
          <w:b/>
        </w:rPr>
        <w:t>Apexon</w:t>
      </w:r>
      <w:proofErr w:type="spellEnd"/>
      <w:r>
        <w:rPr>
          <w:b/>
        </w:rPr>
        <w:t xml:space="preserve"> (Formerly </w:t>
      </w:r>
      <w:proofErr w:type="spellStart"/>
      <w:r>
        <w:rPr>
          <w:b/>
        </w:rPr>
        <w:t>Technosoft</w:t>
      </w:r>
      <w:proofErr w:type="spellEnd"/>
      <w:r>
        <w:rPr>
          <w:b/>
        </w:rPr>
        <w:t xml:space="preserve"> Corp) – Chennai, India (Remote)</w:t>
      </w:r>
    </w:p>
    <w:p w14:paraId="28B82302" w14:textId="77777777" w:rsidR="00D82944" w:rsidRDefault="00000000" w:rsidP="00E23A78">
      <w:pPr>
        <w:spacing w:after="0" w:line="240" w:lineRule="auto"/>
      </w:pPr>
      <w:r>
        <w:t>Senior US IT Recruiter | Nov 2023 – Jul 2024</w:t>
      </w:r>
    </w:p>
    <w:p w14:paraId="68F0736B" w14:textId="77777777" w:rsidR="00E23A78" w:rsidRDefault="00E23A78" w:rsidP="00E23A78">
      <w:pPr>
        <w:spacing w:after="0" w:line="240" w:lineRule="auto"/>
        <w:rPr>
          <w:b/>
          <w:bCs/>
        </w:rPr>
      </w:pPr>
    </w:p>
    <w:p w14:paraId="725454DA" w14:textId="380D1521" w:rsidR="00E23A78" w:rsidRPr="00E23A78" w:rsidRDefault="00E23A78" w:rsidP="00E23A78">
      <w:pPr>
        <w:spacing w:after="0" w:line="240" w:lineRule="auto"/>
        <w:rPr>
          <w:b/>
          <w:bCs/>
        </w:rPr>
      </w:pPr>
      <w:r w:rsidRPr="00E23A78">
        <w:rPr>
          <w:b/>
          <w:bCs/>
        </w:rPr>
        <w:t>Responsibilities:</w:t>
      </w:r>
    </w:p>
    <w:p w14:paraId="3B23BC99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Full-cycle recruitment for IT roles using ATS (Jobvite, Ceipal) and VMS platforms.</w:t>
      </w:r>
    </w:p>
    <w:p w14:paraId="65070E40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Provided mentorship and conducted training on Boolean search and candidate messaging.</w:t>
      </w:r>
    </w:p>
    <w:p w14:paraId="5ABA90D4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Liaised directly with clients for interview coordination and feedback.</w:t>
      </w:r>
    </w:p>
    <w:p w14:paraId="70A05838" w14:textId="77777777" w:rsidR="00E23A78" w:rsidRDefault="00E23A78" w:rsidP="00E23A78">
      <w:pPr>
        <w:spacing w:after="0" w:line="240" w:lineRule="auto"/>
        <w:rPr>
          <w:b/>
        </w:rPr>
      </w:pPr>
    </w:p>
    <w:p w14:paraId="13E6C1C9" w14:textId="77777777" w:rsidR="00E23A78" w:rsidRDefault="00E23A78" w:rsidP="00E23A78">
      <w:pPr>
        <w:spacing w:after="0" w:line="240" w:lineRule="auto"/>
        <w:rPr>
          <w:b/>
        </w:rPr>
      </w:pPr>
    </w:p>
    <w:p w14:paraId="527036B1" w14:textId="77777777" w:rsidR="00E23A78" w:rsidRDefault="00E23A78" w:rsidP="00E23A78">
      <w:pPr>
        <w:spacing w:after="0" w:line="240" w:lineRule="auto"/>
        <w:rPr>
          <w:b/>
        </w:rPr>
      </w:pPr>
    </w:p>
    <w:p w14:paraId="3027B3C1" w14:textId="77777777" w:rsidR="00E23A78" w:rsidRDefault="00E23A78" w:rsidP="00E23A78">
      <w:pPr>
        <w:spacing w:after="0" w:line="240" w:lineRule="auto"/>
        <w:rPr>
          <w:b/>
        </w:rPr>
      </w:pPr>
    </w:p>
    <w:p w14:paraId="578FA294" w14:textId="77777777" w:rsidR="00E23A78" w:rsidRDefault="00E23A78" w:rsidP="00E23A78">
      <w:pPr>
        <w:spacing w:after="0" w:line="240" w:lineRule="auto"/>
        <w:rPr>
          <w:b/>
        </w:rPr>
      </w:pPr>
    </w:p>
    <w:p w14:paraId="4252FE37" w14:textId="7E27CA7A" w:rsidR="00D82944" w:rsidRDefault="00000000" w:rsidP="00E23A78">
      <w:pPr>
        <w:spacing w:after="0" w:line="240" w:lineRule="auto"/>
      </w:pPr>
      <w:r>
        <w:rPr>
          <w:b/>
        </w:rPr>
        <w:lastRenderedPageBreak/>
        <w:t>Harvey Nash USA – Remote</w:t>
      </w:r>
    </w:p>
    <w:p w14:paraId="04EF5EB9" w14:textId="77777777" w:rsidR="00D82944" w:rsidRDefault="00000000" w:rsidP="00E23A78">
      <w:pPr>
        <w:spacing w:after="0" w:line="240" w:lineRule="auto"/>
      </w:pPr>
      <w:r>
        <w:t>Senior US IT Recruiter | Sep 2021 – Aug 2023</w:t>
      </w:r>
    </w:p>
    <w:p w14:paraId="3164AEE0" w14:textId="77777777" w:rsidR="00E23A78" w:rsidRDefault="00E23A78" w:rsidP="00E23A78">
      <w:pPr>
        <w:spacing w:after="0" w:line="240" w:lineRule="auto"/>
        <w:rPr>
          <w:b/>
          <w:bCs/>
        </w:rPr>
      </w:pPr>
    </w:p>
    <w:p w14:paraId="7952E9B4" w14:textId="7E959080" w:rsidR="00E23A78" w:rsidRPr="00E23A78" w:rsidRDefault="00E23A78" w:rsidP="00E23A78">
      <w:pPr>
        <w:spacing w:after="0" w:line="240" w:lineRule="auto"/>
        <w:rPr>
          <w:b/>
          <w:bCs/>
        </w:rPr>
      </w:pPr>
      <w:r w:rsidRPr="00E23A78">
        <w:rPr>
          <w:b/>
          <w:bCs/>
        </w:rPr>
        <w:t>Responsibilities:</w:t>
      </w:r>
    </w:p>
    <w:p w14:paraId="6E119168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Recruited for direct client roles, focusing on W2 and C2C hires across technologies.</w:t>
      </w:r>
    </w:p>
    <w:p w14:paraId="33043772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Conducted technical screening and interview scheduling for mid to senior-level positions.</w:t>
      </w:r>
    </w:p>
    <w:p w14:paraId="43CFE336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Maintained structured candidate database by technology and region.</w:t>
      </w:r>
    </w:p>
    <w:p w14:paraId="7D087E83" w14:textId="77777777" w:rsidR="00E23A78" w:rsidRDefault="00E23A78" w:rsidP="00E23A78">
      <w:pPr>
        <w:spacing w:after="0" w:line="240" w:lineRule="auto"/>
        <w:rPr>
          <w:b/>
        </w:rPr>
      </w:pPr>
    </w:p>
    <w:p w14:paraId="194C5D72" w14:textId="4AD5897E" w:rsidR="00D82944" w:rsidRDefault="00000000" w:rsidP="00E23A78">
      <w:pPr>
        <w:spacing w:after="0" w:line="240" w:lineRule="auto"/>
      </w:pPr>
      <w:proofErr w:type="spellStart"/>
      <w:r>
        <w:rPr>
          <w:b/>
        </w:rPr>
        <w:t>Apexon</w:t>
      </w:r>
      <w:proofErr w:type="spellEnd"/>
      <w:r>
        <w:rPr>
          <w:b/>
        </w:rPr>
        <w:t xml:space="preserve"> (Formerly </w:t>
      </w:r>
      <w:proofErr w:type="spellStart"/>
      <w:r>
        <w:rPr>
          <w:b/>
        </w:rPr>
        <w:t>Technosoft</w:t>
      </w:r>
      <w:proofErr w:type="spellEnd"/>
      <w:r>
        <w:rPr>
          <w:b/>
        </w:rPr>
        <w:t xml:space="preserve"> Corp) – Chennai, India</w:t>
      </w:r>
    </w:p>
    <w:p w14:paraId="687AB045" w14:textId="3C5CF623" w:rsidR="00E23A78" w:rsidRDefault="00000000" w:rsidP="00E23A78">
      <w:pPr>
        <w:spacing w:after="0" w:line="240" w:lineRule="auto"/>
      </w:pPr>
      <w:r>
        <w:t>Senior US IT Recruiter | Apr 2018 – Sep 2021</w:t>
      </w:r>
    </w:p>
    <w:p w14:paraId="2E53749E" w14:textId="77777777" w:rsidR="00E23A78" w:rsidRDefault="00E23A78" w:rsidP="00E23A78">
      <w:pPr>
        <w:spacing w:after="0" w:line="240" w:lineRule="auto"/>
      </w:pPr>
    </w:p>
    <w:p w14:paraId="3EE4DC5B" w14:textId="5D19BF52" w:rsidR="00E23A78" w:rsidRPr="00E23A78" w:rsidRDefault="00E23A78" w:rsidP="00E23A78">
      <w:pPr>
        <w:spacing w:after="0" w:line="240" w:lineRule="auto"/>
        <w:rPr>
          <w:b/>
          <w:bCs/>
        </w:rPr>
      </w:pPr>
      <w:r w:rsidRPr="00E23A78">
        <w:rPr>
          <w:b/>
          <w:bCs/>
        </w:rPr>
        <w:t>Responsibilities:</w:t>
      </w:r>
    </w:p>
    <w:p w14:paraId="01CD23D0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Delivered top tech talent through portals, referrals, and LinkedIn sourcing.</w:t>
      </w:r>
    </w:p>
    <w:p w14:paraId="35E3A014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Supported VMS accounts and handled client communications for feedback and onboarding.</w:t>
      </w:r>
    </w:p>
    <w:p w14:paraId="6F7F8B9D" w14:textId="4C708B1A" w:rsidR="00E23A78" w:rsidRDefault="00000000" w:rsidP="00E23A78">
      <w:pPr>
        <w:pStyle w:val="ListBullet"/>
        <w:spacing w:after="0" w:line="240" w:lineRule="auto"/>
        <w:ind w:left="0" w:firstLine="0"/>
      </w:pPr>
      <w:r>
        <w:t>Received multiple awards for top recruiter performance.</w:t>
      </w:r>
    </w:p>
    <w:p w14:paraId="53BD6AE3" w14:textId="77777777" w:rsidR="00E23A78" w:rsidRDefault="00E23A78" w:rsidP="00E23A78">
      <w:pPr>
        <w:spacing w:after="0" w:line="240" w:lineRule="auto"/>
        <w:rPr>
          <w:b/>
        </w:rPr>
      </w:pPr>
    </w:p>
    <w:p w14:paraId="377F827F" w14:textId="45C939DB" w:rsidR="00E23A78" w:rsidRDefault="00E23A78" w:rsidP="00E23A78">
      <w:pPr>
        <w:spacing w:after="0" w:line="240" w:lineRule="auto"/>
      </w:pPr>
      <w:proofErr w:type="spellStart"/>
      <w:r>
        <w:rPr>
          <w:b/>
        </w:rPr>
        <w:t>Lorven</w:t>
      </w:r>
      <w:proofErr w:type="spellEnd"/>
      <w:r>
        <w:rPr>
          <w:b/>
        </w:rPr>
        <w:t xml:space="preserve"> Technologies Pvt Ltd – Chennai, India</w:t>
      </w:r>
    </w:p>
    <w:p w14:paraId="31BE04C0" w14:textId="77777777" w:rsidR="00E23A78" w:rsidRDefault="00E23A78" w:rsidP="00E23A78">
      <w:pPr>
        <w:spacing w:after="0" w:line="240" w:lineRule="auto"/>
      </w:pPr>
      <w:r>
        <w:t>Senior Recruiter – US Staffing | Aug 2015 – Mar 2018</w:t>
      </w:r>
    </w:p>
    <w:p w14:paraId="45C9CD56" w14:textId="77777777" w:rsidR="00E23A78" w:rsidRDefault="00E23A78" w:rsidP="00E23A78">
      <w:pPr>
        <w:spacing w:after="0" w:line="240" w:lineRule="auto"/>
        <w:rPr>
          <w:b/>
          <w:bCs/>
        </w:rPr>
      </w:pPr>
    </w:p>
    <w:p w14:paraId="1E4C73A8" w14:textId="782F3323" w:rsidR="00E23A78" w:rsidRPr="00E23A78" w:rsidRDefault="00E23A78" w:rsidP="00E23A78">
      <w:pPr>
        <w:spacing w:after="0" w:line="240" w:lineRule="auto"/>
        <w:rPr>
          <w:b/>
          <w:bCs/>
        </w:rPr>
      </w:pPr>
      <w:r w:rsidRPr="00E23A78">
        <w:rPr>
          <w:b/>
          <w:bCs/>
        </w:rPr>
        <w:t>Responsibilities:</w:t>
      </w:r>
    </w:p>
    <w:p w14:paraId="61C8FF95" w14:textId="77777777" w:rsidR="00E23A78" w:rsidRDefault="00E23A78" w:rsidP="00E23A78">
      <w:pPr>
        <w:pStyle w:val="ListBullet"/>
        <w:spacing w:after="0" w:line="240" w:lineRule="auto"/>
        <w:ind w:left="0" w:firstLine="0"/>
      </w:pPr>
      <w:r>
        <w:t>Worked with direct clients and Tier-1 implementation partners.</w:t>
      </w:r>
    </w:p>
    <w:p w14:paraId="7701DC0E" w14:textId="77777777" w:rsidR="00E23A78" w:rsidRDefault="00E23A78" w:rsidP="00E23A78">
      <w:pPr>
        <w:pStyle w:val="ListBullet"/>
        <w:spacing w:after="0" w:line="240" w:lineRule="auto"/>
        <w:ind w:left="0" w:firstLine="0"/>
      </w:pPr>
      <w:r>
        <w:t xml:space="preserve">Sourced candidates using Dice, Monster, CareerBuilder, </w:t>
      </w:r>
      <w:proofErr w:type="spellStart"/>
      <w:r>
        <w:t>TechFetch</w:t>
      </w:r>
      <w:proofErr w:type="spellEnd"/>
      <w:r>
        <w:t>, LinkedIn.</w:t>
      </w:r>
    </w:p>
    <w:p w14:paraId="1D63F8A1" w14:textId="77777777" w:rsidR="00E23A78" w:rsidRDefault="00E23A78" w:rsidP="00E23A78">
      <w:pPr>
        <w:pStyle w:val="ListBullet"/>
        <w:spacing w:after="0" w:line="240" w:lineRule="auto"/>
        <w:ind w:left="0" w:firstLine="0"/>
      </w:pPr>
      <w:r>
        <w:t>Managed full-cycle recruitment including screening, formatting, and placing consultants.</w:t>
      </w:r>
    </w:p>
    <w:p w14:paraId="1F45EF90" w14:textId="77777777" w:rsidR="00E23A78" w:rsidRDefault="00E23A78" w:rsidP="00E23A78">
      <w:pPr>
        <w:pStyle w:val="ListBullet"/>
        <w:spacing w:after="0" w:line="240" w:lineRule="auto"/>
        <w:ind w:left="0" w:firstLine="0"/>
      </w:pPr>
      <w:r>
        <w:t>Hired for W2, C2C, 1099, and various visa types including H1-B, GC, EAD, and US Citizens.</w:t>
      </w:r>
    </w:p>
    <w:p w14:paraId="59042E32" w14:textId="77777777" w:rsidR="00E23A78" w:rsidRDefault="00E23A78" w:rsidP="00E23A78">
      <w:pPr>
        <w:pStyle w:val="ListBullet"/>
        <w:spacing w:after="0" w:line="240" w:lineRule="auto"/>
        <w:ind w:left="0" w:firstLine="0"/>
      </w:pPr>
      <w:r>
        <w:t>Maintained an active pipeline of qualified candidates.</w:t>
      </w:r>
    </w:p>
    <w:p w14:paraId="106D0790" w14:textId="77777777" w:rsidR="00E23A78" w:rsidRDefault="00E23A78" w:rsidP="00E23A78">
      <w:pPr>
        <w:pStyle w:val="ListBullet"/>
        <w:spacing w:after="0" w:line="240" w:lineRule="auto"/>
        <w:ind w:left="0" w:firstLine="0"/>
      </w:pPr>
      <w:r>
        <w:t xml:space="preserve">Used Job Diva and </w:t>
      </w:r>
      <w:proofErr w:type="spellStart"/>
      <w:r>
        <w:t>Prohires</w:t>
      </w:r>
      <w:proofErr w:type="spellEnd"/>
      <w:r>
        <w:t xml:space="preserve"> for resume submission and requirement postings.</w:t>
      </w:r>
    </w:p>
    <w:p w14:paraId="4D0E4525" w14:textId="77777777" w:rsidR="00E23A78" w:rsidRDefault="00E23A78" w:rsidP="00E23A78">
      <w:pPr>
        <w:pStyle w:val="ListBullet"/>
        <w:numPr>
          <w:ilvl w:val="0"/>
          <w:numId w:val="0"/>
        </w:numPr>
        <w:spacing w:after="0" w:line="240" w:lineRule="auto"/>
      </w:pPr>
    </w:p>
    <w:p w14:paraId="079C4115" w14:textId="77777777" w:rsidR="00D82944" w:rsidRDefault="00000000" w:rsidP="00E23A78">
      <w:pPr>
        <w:pStyle w:val="Heading2"/>
        <w:spacing w:before="0" w:line="240" w:lineRule="auto"/>
      </w:pPr>
      <w:r>
        <w:t>Education</w:t>
      </w:r>
    </w:p>
    <w:p w14:paraId="10796D6B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MBA in HR &amp; Systems – St. Joseph’s College of Engineering, Chennai</w:t>
      </w:r>
    </w:p>
    <w:p w14:paraId="1D674A7C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B.E. in Electronics &amp; Instrumentation – Karunya Institute of Technology, Coimbatore</w:t>
      </w:r>
    </w:p>
    <w:p w14:paraId="2D118B0D" w14:textId="77777777" w:rsidR="00E23A78" w:rsidRDefault="00E23A78" w:rsidP="00E23A78">
      <w:pPr>
        <w:pStyle w:val="Heading2"/>
        <w:spacing w:before="0" w:line="240" w:lineRule="auto"/>
      </w:pPr>
    </w:p>
    <w:p w14:paraId="1EA13BC2" w14:textId="63FE47B3" w:rsidR="00D82944" w:rsidRDefault="00000000" w:rsidP="00E23A78">
      <w:pPr>
        <w:pStyle w:val="Heading2"/>
        <w:spacing w:before="0" w:line="240" w:lineRule="auto"/>
      </w:pPr>
      <w:r>
        <w:t>Professional Training</w:t>
      </w:r>
    </w:p>
    <w:p w14:paraId="2A7E4A9C" w14:textId="77777777" w:rsidR="00D82944" w:rsidRDefault="00000000" w:rsidP="00E23A78">
      <w:pPr>
        <w:spacing w:after="0" w:line="240" w:lineRule="auto"/>
      </w:pPr>
      <w:r>
        <w:t>Ajax Management Consultants Pvt. Ltd – Management Trainee</w:t>
      </w:r>
    </w:p>
    <w:p w14:paraId="4A0100F0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Gained foundational experience in HR Generalist tasks and payroll processing.</w:t>
      </w:r>
    </w:p>
    <w:p w14:paraId="29167431" w14:textId="77777777" w:rsidR="00E23A78" w:rsidRDefault="00E23A78" w:rsidP="00E23A78">
      <w:pPr>
        <w:pStyle w:val="Heading2"/>
        <w:spacing w:before="0" w:line="240" w:lineRule="auto"/>
      </w:pPr>
    </w:p>
    <w:p w14:paraId="238DCEDB" w14:textId="15103037" w:rsidR="00D82944" w:rsidRDefault="00000000" w:rsidP="00E23A78">
      <w:pPr>
        <w:pStyle w:val="Heading2"/>
        <w:spacing w:before="0" w:line="240" w:lineRule="auto"/>
      </w:pPr>
      <w:r>
        <w:t>Core Competencies</w:t>
      </w:r>
    </w:p>
    <w:p w14:paraId="12456EF8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Full-Cycle Recruiting</w:t>
      </w:r>
    </w:p>
    <w:p w14:paraId="0CBED78B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Technical Screening</w:t>
      </w:r>
    </w:p>
    <w:p w14:paraId="105FB2DC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Salary Negotiation</w:t>
      </w:r>
    </w:p>
    <w:p w14:paraId="425D60B6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Team Leadership &amp; Mentoring</w:t>
      </w:r>
    </w:p>
    <w:p w14:paraId="13540834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ATS/VMS Management</w:t>
      </w:r>
    </w:p>
    <w:p w14:paraId="19CB5D74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Client Engagement</w:t>
      </w:r>
    </w:p>
    <w:p w14:paraId="29CCE536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Boolean Search &amp; Passive Sourcing</w:t>
      </w:r>
    </w:p>
    <w:p w14:paraId="348219B1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Candidate Relationship Management</w:t>
      </w:r>
    </w:p>
    <w:p w14:paraId="4E68DB67" w14:textId="77777777" w:rsidR="00E23A78" w:rsidRDefault="00E23A78" w:rsidP="00E23A78">
      <w:pPr>
        <w:pStyle w:val="Heading2"/>
        <w:spacing w:before="0" w:line="240" w:lineRule="auto"/>
      </w:pPr>
    </w:p>
    <w:p w14:paraId="7E20634E" w14:textId="5D7436D8" w:rsidR="00D82944" w:rsidRDefault="00000000" w:rsidP="00E23A78">
      <w:pPr>
        <w:pStyle w:val="Heading2"/>
        <w:spacing w:before="0" w:line="240" w:lineRule="auto"/>
      </w:pPr>
      <w:r>
        <w:t>Languages</w:t>
      </w:r>
    </w:p>
    <w:p w14:paraId="3B8E9688" w14:textId="77777777" w:rsidR="00D82944" w:rsidRDefault="00000000" w:rsidP="00E23A78">
      <w:pPr>
        <w:spacing w:after="0" w:line="240" w:lineRule="auto"/>
      </w:pPr>
      <w:r>
        <w:t>English (Fluent), Tamil (Native)</w:t>
      </w:r>
    </w:p>
    <w:p w14:paraId="07024478" w14:textId="77777777" w:rsidR="00E23A78" w:rsidRDefault="00E23A78" w:rsidP="00E23A78">
      <w:pPr>
        <w:pStyle w:val="Heading2"/>
        <w:spacing w:before="0" w:line="240" w:lineRule="auto"/>
      </w:pPr>
    </w:p>
    <w:p w14:paraId="6831A829" w14:textId="27B5DD94" w:rsidR="00D82944" w:rsidRDefault="00000000" w:rsidP="00E23A78">
      <w:pPr>
        <w:pStyle w:val="Heading2"/>
        <w:spacing w:before="0" w:line="240" w:lineRule="auto"/>
      </w:pPr>
      <w:r>
        <w:t>Declaration</w:t>
      </w:r>
    </w:p>
    <w:p w14:paraId="540D150B" w14:textId="77777777" w:rsidR="00D82944" w:rsidRDefault="00000000" w:rsidP="00E23A78">
      <w:pPr>
        <w:spacing w:after="0" w:line="240" w:lineRule="auto"/>
      </w:pPr>
      <w:r>
        <w:t>I hereby declare that the information above is true to the best of my knowledge.</w:t>
      </w:r>
    </w:p>
    <w:p w14:paraId="14ED3345" w14:textId="77777777" w:rsidR="00D82944" w:rsidRDefault="00000000" w:rsidP="00E23A78">
      <w:pPr>
        <w:spacing w:after="0" w:line="240" w:lineRule="auto"/>
      </w:pPr>
      <w:r>
        <w:rPr>
          <w:i/>
        </w:rPr>
        <w:t>– A. Jacob Shelton</w:t>
      </w:r>
    </w:p>
    <w:p w14:paraId="6E3E4348" w14:textId="77777777" w:rsidR="00E23A78" w:rsidRDefault="00E23A78" w:rsidP="00E23A78">
      <w:pPr>
        <w:pStyle w:val="Heading2"/>
        <w:spacing w:before="0" w:line="240" w:lineRule="auto"/>
      </w:pPr>
    </w:p>
    <w:p w14:paraId="6AD4A399" w14:textId="7D0970EE" w:rsidR="00D82944" w:rsidRDefault="00000000" w:rsidP="00E23A78">
      <w:pPr>
        <w:pStyle w:val="Heading2"/>
        <w:spacing w:before="0" w:line="240" w:lineRule="auto"/>
      </w:pPr>
      <w:r>
        <w:t>Additional Professional Experience</w:t>
      </w:r>
    </w:p>
    <w:p w14:paraId="729CD932" w14:textId="77777777" w:rsidR="00D82944" w:rsidRDefault="00000000" w:rsidP="00E23A78">
      <w:pPr>
        <w:spacing w:after="0" w:line="240" w:lineRule="auto"/>
      </w:pPr>
      <w:r>
        <w:rPr>
          <w:b/>
        </w:rPr>
        <w:t>IT Trailblazers – Chennai, India</w:t>
      </w:r>
    </w:p>
    <w:p w14:paraId="06454B0E" w14:textId="77777777" w:rsidR="00D82944" w:rsidRDefault="00000000" w:rsidP="00E23A78">
      <w:pPr>
        <w:spacing w:after="0" w:line="240" w:lineRule="auto"/>
      </w:pPr>
      <w:r>
        <w:t>Senior Recruiter – US Staffing | Jun 2014 – Jul 2015</w:t>
      </w:r>
    </w:p>
    <w:p w14:paraId="1C868B31" w14:textId="77777777" w:rsidR="00E23A78" w:rsidRDefault="00E23A78" w:rsidP="00E23A78">
      <w:pPr>
        <w:spacing w:after="0" w:line="240" w:lineRule="auto"/>
        <w:rPr>
          <w:b/>
          <w:bCs/>
        </w:rPr>
      </w:pPr>
    </w:p>
    <w:p w14:paraId="7EF5244D" w14:textId="640B31E8" w:rsidR="00E23A78" w:rsidRPr="00E23A78" w:rsidRDefault="00E23A78" w:rsidP="00E23A78">
      <w:pPr>
        <w:spacing w:after="0" w:line="240" w:lineRule="auto"/>
        <w:rPr>
          <w:b/>
          <w:bCs/>
        </w:rPr>
      </w:pPr>
      <w:r w:rsidRPr="00E23A78">
        <w:rPr>
          <w:b/>
          <w:bCs/>
        </w:rPr>
        <w:t>Responsibilities:</w:t>
      </w:r>
    </w:p>
    <w:p w14:paraId="2B5CFD2D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Handled full-cycle recruitment for contract and permanent roles.</w:t>
      </w:r>
    </w:p>
    <w:p w14:paraId="29697DD1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Utilized job portals like Dice, Monster, CareerBuilder, and ATS (Job Diva).</w:t>
      </w:r>
    </w:p>
    <w:p w14:paraId="4F0C85EE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Managed end-to-end recruitment including interview coordination and onboarding.</w:t>
      </w:r>
    </w:p>
    <w:p w14:paraId="2E7ACE7C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Established long-term relationships with consultants and contractors.</w:t>
      </w:r>
    </w:p>
    <w:p w14:paraId="7EC11068" w14:textId="77777777" w:rsidR="00E23A78" w:rsidRDefault="00E23A78" w:rsidP="00E23A78">
      <w:pPr>
        <w:spacing w:after="0" w:line="240" w:lineRule="auto"/>
        <w:rPr>
          <w:b/>
        </w:rPr>
      </w:pPr>
    </w:p>
    <w:p w14:paraId="3850286A" w14:textId="65A825DA" w:rsidR="00D82944" w:rsidRDefault="00000000" w:rsidP="00E23A78">
      <w:pPr>
        <w:spacing w:after="0" w:line="240" w:lineRule="auto"/>
      </w:pPr>
      <w:r>
        <w:rPr>
          <w:b/>
        </w:rPr>
        <w:t>Newt Global Consulting – Chennai, India</w:t>
      </w:r>
    </w:p>
    <w:p w14:paraId="762B3B47" w14:textId="77777777" w:rsidR="00D82944" w:rsidRDefault="00000000" w:rsidP="00E23A78">
      <w:pPr>
        <w:spacing w:after="0" w:line="240" w:lineRule="auto"/>
      </w:pPr>
      <w:r>
        <w:t>Recruiter – US Staffing | Jul 2013 – Jun 2014</w:t>
      </w:r>
    </w:p>
    <w:p w14:paraId="511540A8" w14:textId="77777777" w:rsidR="00E23A78" w:rsidRDefault="00E23A78" w:rsidP="00E23A78">
      <w:pPr>
        <w:spacing w:after="0" w:line="240" w:lineRule="auto"/>
        <w:rPr>
          <w:b/>
          <w:bCs/>
        </w:rPr>
      </w:pPr>
    </w:p>
    <w:p w14:paraId="5D4E946B" w14:textId="23C82A8E" w:rsidR="00E23A78" w:rsidRPr="00E23A78" w:rsidRDefault="00E23A78" w:rsidP="00E23A78">
      <w:pPr>
        <w:spacing w:after="0" w:line="240" w:lineRule="auto"/>
        <w:rPr>
          <w:b/>
          <w:bCs/>
        </w:rPr>
      </w:pPr>
      <w:r w:rsidRPr="00E23A78">
        <w:rPr>
          <w:b/>
          <w:bCs/>
        </w:rPr>
        <w:t>Responsibilities:</w:t>
      </w:r>
    </w:p>
    <w:p w14:paraId="738E0BA6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Recruited IT professionals using internet research, referrals, and job boards.</w:t>
      </w:r>
    </w:p>
    <w:p w14:paraId="2B61DF0F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Handled complex technology roles and visa types (H1B, GC, Citizen).</w:t>
      </w:r>
    </w:p>
    <w:p w14:paraId="64B710BF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Coordinated interviews and maintained candidate tracking systems.</w:t>
      </w:r>
    </w:p>
    <w:p w14:paraId="5E0A6878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Supported consultants through resume prep, rate negotiation, and onboarding.</w:t>
      </w:r>
    </w:p>
    <w:p w14:paraId="2F82F89B" w14:textId="77777777" w:rsidR="00E23A78" w:rsidRDefault="00E23A78" w:rsidP="00E23A78">
      <w:pPr>
        <w:spacing w:after="0" w:line="240" w:lineRule="auto"/>
        <w:rPr>
          <w:b/>
        </w:rPr>
      </w:pPr>
    </w:p>
    <w:p w14:paraId="5056B1D0" w14:textId="4F9F5B6B" w:rsidR="00D82944" w:rsidRDefault="00000000" w:rsidP="00E23A78">
      <w:pPr>
        <w:spacing w:after="0" w:line="240" w:lineRule="auto"/>
      </w:pPr>
      <w:proofErr w:type="spellStart"/>
      <w:r>
        <w:rPr>
          <w:b/>
        </w:rPr>
        <w:t>Connaissance</w:t>
      </w:r>
      <w:proofErr w:type="spellEnd"/>
      <w:r>
        <w:rPr>
          <w:b/>
        </w:rPr>
        <w:t xml:space="preserve"> Project Services – Chennai, India</w:t>
      </w:r>
    </w:p>
    <w:p w14:paraId="28F059D2" w14:textId="77777777" w:rsidR="00D82944" w:rsidRDefault="00000000" w:rsidP="00E23A78">
      <w:pPr>
        <w:spacing w:after="0" w:line="240" w:lineRule="auto"/>
      </w:pPr>
      <w:r>
        <w:t>HR – Recruitment | Dec 2011 – Jun 2013</w:t>
      </w:r>
    </w:p>
    <w:p w14:paraId="39BA2930" w14:textId="77777777" w:rsidR="00E23A78" w:rsidRDefault="00E23A78" w:rsidP="00E23A78">
      <w:pPr>
        <w:spacing w:after="0" w:line="240" w:lineRule="auto"/>
      </w:pPr>
    </w:p>
    <w:p w14:paraId="4664FA79" w14:textId="65B70638" w:rsidR="00E23A78" w:rsidRPr="00E23A78" w:rsidRDefault="00E23A78" w:rsidP="00E23A78">
      <w:pPr>
        <w:spacing w:after="0" w:line="240" w:lineRule="auto"/>
        <w:rPr>
          <w:b/>
          <w:bCs/>
        </w:rPr>
      </w:pPr>
      <w:r w:rsidRPr="00E23A78">
        <w:rPr>
          <w:b/>
          <w:bCs/>
        </w:rPr>
        <w:t>Responsibilities:</w:t>
      </w:r>
    </w:p>
    <w:p w14:paraId="27B29E4A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Performed end-to-end hiring including sourcing, screening, and interviews.</w:t>
      </w:r>
    </w:p>
    <w:p w14:paraId="0A6F3DED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Managed background checks and reference verification.</w:t>
      </w:r>
    </w:p>
    <w:p w14:paraId="68A753AF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Built client and candidate databases, and handled salary negotiations.</w:t>
      </w:r>
    </w:p>
    <w:p w14:paraId="76424F51" w14:textId="77777777" w:rsidR="00D82944" w:rsidRDefault="00000000" w:rsidP="00E23A78">
      <w:pPr>
        <w:pStyle w:val="ListBullet"/>
        <w:spacing w:after="0" w:line="240" w:lineRule="auto"/>
        <w:ind w:left="0" w:firstLine="0"/>
      </w:pPr>
      <w:r>
        <w:t>Supported applicant interview preparation and client communication.</w:t>
      </w:r>
    </w:p>
    <w:sectPr w:rsidR="00D8294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32009270">
    <w:abstractNumId w:val="8"/>
  </w:num>
  <w:num w:numId="2" w16cid:durableId="1650132247">
    <w:abstractNumId w:val="6"/>
  </w:num>
  <w:num w:numId="3" w16cid:durableId="1872258069">
    <w:abstractNumId w:val="5"/>
  </w:num>
  <w:num w:numId="4" w16cid:durableId="213397612">
    <w:abstractNumId w:val="4"/>
  </w:num>
  <w:num w:numId="5" w16cid:durableId="593906281">
    <w:abstractNumId w:val="7"/>
  </w:num>
  <w:num w:numId="6" w16cid:durableId="1801457608">
    <w:abstractNumId w:val="3"/>
  </w:num>
  <w:num w:numId="7" w16cid:durableId="978531653">
    <w:abstractNumId w:val="2"/>
  </w:num>
  <w:num w:numId="8" w16cid:durableId="365640021">
    <w:abstractNumId w:val="1"/>
  </w:num>
  <w:num w:numId="9" w16cid:durableId="1379670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35334"/>
    <w:rsid w:val="00AA1D8D"/>
    <w:rsid w:val="00B47730"/>
    <w:rsid w:val="00CB0664"/>
    <w:rsid w:val="00D82944"/>
    <w:rsid w:val="00E23A7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A7781E"/>
  <w14:defaultImageDpi w14:val="300"/>
  <w15:docId w15:val="{814DEE89-EB80-4206-8276-E70DBE5E5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752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Jacob Shelton</cp:lastModifiedBy>
  <cp:revision>2</cp:revision>
  <dcterms:created xsi:type="dcterms:W3CDTF">2025-05-27T21:03:00Z</dcterms:created>
  <dcterms:modified xsi:type="dcterms:W3CDTF">2025-05-27T21:03:00Z</dcterms:modified>
  <cp:category/>
</cp:coreProperties>
</file>