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 NIVETHA</w:t>
      </w:r>
    </w:p>
    <w:p>
      <w:r>
        <w:t>Mobile: +91 8838357359 | Email: nivetha97sugu@gmail.com</w:t>
        <w:br/>
      </w:r>
    </w:p>
    <w:p>
      <w:pPr>
        <w:pStyle w:val="Heading2"/>
      </w:pPr>
      <w:r>
        <w:t>PROFESSIONAL SUMMARY</w:t>
      </w:r>
    </w:p>
    <w:p>
      <w:r>
        <w:t>Results-driven WordPress Developer with expertise in managing technical support, server management, and client communications. Experienced in overseeing project lifecycles, ensuring smooth website deployments, and resolving critical technical issues. Proficient in WordPress development, custom theme/plugin creation, and server maintenance. Adept at managing teams to enhance productivity and deliver high-quality solutions on time.</w:t>
      </w:r>
    </w:p>
    <w:p>
      <w:r>
        <w:t>________________________________________________________________________________________</w:t>
      </w:r>
    </w:p>
    <w:p>
      <w:pPr>
        <w:pStyle w:val="Heading2"/>
      </w:pPr>
      <w:r>
        <w:t>EDUCATION</w:t>
      </w:r>
    </w:p>
    <w:p>
      <w:r>
        <w:t>Master of Computer Applications (MCA) – Valliammai Engineering College, Kattankulathur (2019) – 70%</w:t>
      </w:r>
    </w:p>
    <w:p>
      <w:r>
        <w:t>Bachelor of Computer Applications (BCA) – M.M.E.S Women’s Arts &amp; Science College, Melvisharam (2017) – 76%</w:t>
      </w:r>
    </w:p>
    <w:p>
      <w:r>
        <w:t>HSC (State Board, Tamil Nadu) – L.F.C Girls Higher Secondary School, Ranipet (2014) – 78%</w:t>
      </w:r>
    </w:p>
    <w:p>
      <w:r>
        <w:t>SSLC (Matriculation Board, Tamil Nadu) – Grace Matric Higher Secondary School, Ranipet (2012) – 80%</w:t>
      </w:r>
    </w:p>
    <w:p>
      <w:r>
        <w:t>________________________________________________________________________________________</w:t>
      </w:r>
    </w:p>
    <w:p>
      <w:pPr>
        <w:pStyle w:val="Heading2"/>
      </w:pPr>
      <w:r>
        <w:t>TECHNICAL SKILLS</w:t>
      </w:r>
    </w:p>
    <w:p>
      <w:r>
        <w:t>Web Development: HTML, CSS, WordPress (Custom Theme &amp; Plugin Development)</w:t>
      </w:r>
    </w:p>
    <w:p>
      <w:r>
        <w:t>Project &amp; Client Management: Team Coordination, Task Scheduling, Client Communication</w:t>
      </w:r>
    </w:p>
    <w:p>
      <w:r>
        <w:t>Technical Support: Issue Diagnosis, Troubleshooting, Website Optimization</w:t>
      </w:r>
    </w:p>
    <w:p>
      <w:r>
        <w:t>Server Management: Domain &amp; Hosting Setup, Security Management, Backup &amp; Restoration</w:t>
      </w:r>
    </w:p>
    <w:p>
      <w:r>
        <w:t>________________________________________________________________________________________</w:t>
      </w:r>
    </w:p>
    <w:p>
      <w:pPr>
        <w:pStyle w:val="Heading2"/>
      </w:pPr>
      <w:r>
        <w:t>PROFESSIONAL EXPERIENCE</w:t>
      </w:r>
    </w:p>
    <w:p>
      <w:pPr>
        <w:pStyle w:val="Heading3"/>
      </w:pPr>
      <w:r>
        <w:t>WordPress Developer &amp; Technical Support</w:t>
      </w:r>
    </w:p>
    <w:p>
      <w:r>
        <w:t>WHY Global Services | Dec 2021 – Present</w:t>
      </w:r>
    </w:p>
    <w:p>
      <w:r>
        <w:t>- Lead the WordPress development team to ensure timely project delivery and maintain high coding standards.</w:t>
      </w:r>
    </w:p>
    <w:p>
      <w:r>
        <w:t>- Manage server environments, ensuring security, performance, and uptime.</w:t>
      </w:r>
    </w:p>
    <w:p>
      <w:r>
        <w:t>- Provide technical support to clients by resolving website, hosting, and security issues.</w:t>
      </w:r>
    </w:p>
    <w:p>
      <w:r>
        <w:t>- Coordinate with clients to gather requirements, implement solutions, and ensure client satisfaction.</w:t>
      </w:r>
    </w:p>
    <w:p>
      <w:r>
        <w:t>- Monitor project progress and troubleshoot deployment issues to prevent delays.</w:t>
      </w:r>
    </w:p>
    <w:p>
      <w:pPr>
        <w:pStyle w:val="Heading3"/>
      </w:pPr>
      <w:r>
        <w:t>Junior Web Developer</w:t>
      </w:r>
    </w:p>
    <w:p>
      <w:r>
        <w:t>Glad India Technologies | Jan 2020 – Mar 2020</w:t>
      </w:r>
    </w:p>
    <w:p>
      <w:r>
        <w:t>- Designed and maintained websites using HTML, CSS, and WordPress.</w:t>
      </w:r>
    </w:p>
    <w:p>
      <w:r>
        <w:t>- Provided regular updates and maintenance to ensure optimal website performance.</w:t>
      </w:r>
    </w:p>
    <w:p>
      <w:r>
        <w:t>- Delivered technical support to resolve client issues effectively.</w:t>
      </w:r>
    </w:p>
    <w:p>
      <w:r>
        <w:t>________________________________________________________________________________________</w:t>
      </w:r>
    </w:p>
    <w:p>
      <w:pPr>
        <w:pStyle w:val="Heading2"/>
      </w:pPr>
      <w:r>
        <w:t>ACADEMIC PROJECTS</w:t>
      </w:r>
    </w:p>
    <w:p>
      <w:pPr>
        <w:pStyle w:val="Heading3"/>
      </w:pPr>
      <w:r>
        <w:t>Equipment Leasing for Shipping Industry</w:t>
      </w:r>
    </w:p>
    <w:p>
      <w:r>
        <w:t>Organization: Shiash Info Solution Pvt. Ltd.</w:t>
        <w:br/>
        <w:t>Duration: 6 Months</w:t>
        <w:br/>
        <w:t>Language: .NET</w:t>
      </w:r>
    </w:p>
    <w:p>
      <w:r>
        <w:t>Description: Developed a web application for leasing shipping containers, enabling lessors to list containers and lessees to lease them with admin approvals.</w:t>
      </w:r>
    </w:p>
    <w:p>
      <w:pPr>
        <w:pStyle w:val="Heading3"/>
      </w:pPr>
      <w:r>
        <w:t>Identification of Online Hacker Trapping Mechanism in Social Media &amp; Payment Portals</w:t>
      </w:r>
    </w:p>
    <w:p>
      <w:r>
        <w:t>Language: Java</w:t>
      </w:r>
    </w:p>
    <w:p>
      <w:r>
        <w:t>Description: Designed a security mechanism to detect hackers in social media and payment portals using honey words, alerting the user via email and blocking unauthorized transactions.</w:t>
      </w:r>
    </w:p>
    <w:p>
      <w:r>
        <w:t>________________________________________________________________________________________</w:t>
      </w:r>
    </w:p>
    <w:p>
      <w:pPr>
        <w:pStyle w:val="Heading2"/>
      </w:pPr>
      <w:r>
        <w:t>CERTIFICATIONS &amp; ACHIEVEMENTS</w:t>
      </w:r>
    </w:p>
    <w:p>
      <w:r>
        <w:t>- Senior Level Typewriting Certification</w:t>
      </w:r>
    </w:p>
    <w:p>
      <w:r>
        <w:t>- NCC Camp Certification</w:t>
      </w:r>
    </w:p>
    <w:p>
      <w:r>
        <w:t>- Certified in Tally &amp; Software Testing</w:t>
      </w:r>
    </w:p>
    <w:p>
      <w:r>
        <w:t>________________________________________________________________________________________</w:t>
      </w:r>
    </w:p>
    <w:p>
      <w:pPr>
        <w:pStyle w:val="Heading2"/>
      </w:pPr>
      <w:r>
        <w:t>DECLARATION</w:t>
      </w:r>
    </w:p>
    <w:p>
      <w:r>
        <w:t>I hereby declare that the above information is true and correct to the best of my knowledge.</w:t>
      </w:r>
    </w:p>
    <w:p>
      <w:r>
        <w:t>Date:</w:t>
        <w:br/>
        <w:t>Place:</w:t>
        <w:br/>
        <w:t>Signature: Nivetha 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