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8.9 -->
  <w:body>
    <w:p>
      <w:pPr>
        <w:pStyle w:val="Title"/>
      </w:pPr>
      <w:r>
        <w:t>NITHYAKALYANI. L</w:t>
      </w:r>
    </w:p>
    <w:p>
      <w:r>
        <w:t>Email: nithya29397.l@gmail.com</w:t>
        <w:br/>
        <w:t>Phone: 9043117299 | 9008374937</w:t>
        <w:br/>
        <w:t>Location: Vellore District, Tamil Nadu, India</w:t>
      </w:r>
    </w:p>
    <w:p>
      <w:pPr>
        <w:pStyle w:val="Heading1"/>
      </w:pPr>
      <w:r>
        <w:t>Career Objective</w:t>
      </w:r>
    </w:p>
    <w:p>
      <w:r>
        <w:t>Motivated and detail-oriented Java developer fresher certified by GUVI, seeking a challenging role in software development where I can apply my programming knowledge and problem-solving skills to build efficient and scalable applications.</w:t>
      </w:r>
    </w:p>
    <w:p>
      <w:pPr>
        <w:pStyle w:val="Heading1"/>
      </w:pPr>
      <w:r>
        <w:t>Technical Skills</w:t>
      </w:r>
    </w:p>
    <w:p>
      <w:r>
        <w:t>- Programming Languages: Core Java, Java OOPs, Collections</w:t>
        <w:br/>
        <w:t>- Web Technologies: HTML, CSS, JavaScript (basics)</w:t>
        <w:br/>
        <w:t>- Database: MySQL (basics)</w:t>
        <w:br/>
        <w:t>- Tools: Eclipse, IntelliJ IDEA</w:t>
        <w:br/>
        <w:t>- Version Control: Git (basics)</w:t>
        <w:br/>
        <w:t>- Others: MS Office, PowerPoint</w:t>
      </w:r>
    </w:p>
    <w:p>
      <w:pPr>
        <w:pStyle w:val="Heading1"/>
      </w:pPr>
      <w:r>
        <w:t>Certifications</w:t>
      </w:r>
    </w:p>
    <w:p>
      <w:r>
        <w:t>- Java Programming Certification – GUVI, an IIT-M &amp; IIM-A incubated platform</w:t>
        <w:br/>
        <w:t xml:space="preserve">  (Covered OOPs, Collections, Exception Handling, File I/O, JDBC basics)</w:t>
      </w:r>
    </w:p>
    <w:p>
      <w:pPr>
        <w:pStyle w:val="Heading1"/>
      </w:pPr>
      <w:r>
        <w:t>Projects</w:t>
      </w:r>
    </w:p>
    <w:p>
      <w:r>
        <w:t>1. Student Information Management System (Mini Project – Java)</w:t>
        <w:br/>
        <w:t>- Built a Java console application to manage student records using file handling and ArrayList.</w:t>
        <w:br/>
        <w:t>- Implemented search, insert, update, and delete functionalities.</w:t>
        <w:br/>
      </w:r>
    </w:p>
    <w:p>
      <w:r>
        <w:t>2. Library Book Inventory (Practice Project – Java)</w:t>
        <w:br/>
        <w:t>- Developed a Java-based system for managing book inventory.</w:t>
        <w:br/>
        <w:t>- Used object-oriented concepts and file storage to track book availability and issuance.</w:t>
      </w:r>
    </w:p>
    <w:p>
      <w:pPr>
        <w:pStyle w:val="Heading1"/>
      </w:pPr>
      <w:r>
        <w:t>Education</w:t>
      </w:r>
    </w:p>
    <w:p>
      <w:r>
        <w:t>M.Com (Master of Commerce)</w:t>
        <w:br/>
        <w:t>MMES Women’s Arts and Science College, Thiruvalluvar University – 2019 | 76%</w:t>
        <w:br/>
        <w:br/>
        <w:t>B.Com (Bachelor of Commerce)</w:t>
        <w:br/>
        <w:t>MMES Women’s Arts and Science College, Thiruvalluvar University – 2017 | 74%</w:t>
        <w:br/>
        <w:br/>
        <w:t>HSC (XII)</w:t>
        <w:br/>
        <w:t>Rathnagiri Bageerathan Matric Hr. Sec. School – 2014 | 82%</w:t>
        <w:br/>
        <w:br/>
        <w:t>SSLC (X)</w:t>
        <w:br/>
        <w:t>A.D.W. Hr. Sec. School, Vellore – 2012 | 50%</w:t>
      </w:r>
    </w:p>
    <w:p>
      <w:pPr>
        <w:pStyle w:val="Heading1"/>
      </w:pPr>
      <w:r>
        <w:t>Soft Skills</w:t>
      </w:r>
    </w:p>
    <w:p>
      <w:r>
        <w:t>- Quick learner and adaptable</w:t>
        <w:br/>
        <w:t>- Good communication and team collaboration</w:t>
        <w:br/>
        <w:t>- Strong attention to detail and debugging mindset</w:t>
      </w:r>
    </w:p>
    <w:p>
      <w:pPr>
        <w:pStyle w:val="Heading1"/>
      </w:pPr>
      <w:r>
        <w:t>Personal Details</w:t>
      </w:r>
    </w:p>
    <w:p>
      <w:r>
        <w:t>Date of Birth: 29-03-1997</w:t>
        <w:br/>
        <w:t>Languages Known: Tamil, English</w:t>
        <w:br/>
        <w:t>Marital Status: Married</w:t>
        <w:br/>
        <w:t>Nationality: Indian</w:t>
      </w:r>
    </w:p>
    <w:p>
      <w:pPr>
        <w:pStyle w:val="Heading1"/>
      </w:pPr>
      <w:r>
        <w:t>Declaration</w:t>
      </w:r>
    </w:p>
    <w:p>
      <w:r>
        <w:t>I hereby declare that all the details provided above are true to the best of my knowledge and belief.</w:t>
        <w:br/>
        <w:br/>
        <w:t>Place: Vellore</w:t>
        <w:br/>
        <w:t>Date:</w:t>
        <w:br/>
        <w:br/>
        <w:t>Signature: (NITHYAKALYANI. L)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pt;height:1pt;margin-top:0;margin-left:0;position:absolute;z-index:251658240">
            <v:imagedata r:id="rId5"/>
          </v:shape>
        </w:pict>
      </w:r>
    </w:p>
    <w:sectPr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http://footmark.infoedge.com/apply/cvtracking?dtyp=docx_n&amp;userId=752e5b9a4d32bfdb37d9c440b78b4c42dde3ee3c6c324d9ccdf3e35370f49177&amp;email=843068553ecda0d4fc75ae8da38f570ab58f76e66cc7534634edae1dae73d65b6812313dcda0e3d4a17faea29e95a5a4&amp;jobId=170221501044&amp;companyId=1ce96069fda737399778c68915e3466d157be0fe4c7cb13a&amp;recruiterId=1ce96069fda737399778c68915e3466d157be0fe4c7cb13a&amp;insertionDate=1745981386&amp;uid=3091141911702215010441745981386&amp;docType=docx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